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התכנון של חדר בריחה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חמשת המנעולים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חידה פשוטה לפי התבנית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מתח ולחבר בין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בחירה מרובה או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מקלידים מילה אחת כמו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ליצור תחושת דחיפות ואנרגיה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הכלי עלול לטעות בשורשים ובעובדות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מתקבל רצף הספרות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שלב היישום בתבנית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מנעול האתגר (מנעול 4), לא החימום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מתקבלת מילת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שכדאי שהבדיקה תתעלם מניקוד ומרווחים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ערך מספרי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המנעול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(בחירה מרובה או 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(הקלדת מילה כמו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(מיון לקבוצות או סידור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שגיאות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(מילת סוד או קוד ספרות)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היעדים הפדגוגיים וסיפור המסגרת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 החידות הלשוניות לפי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החדר - דיגיטלי, מודפס או משולב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הזרימה ומתן רמזים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בסיום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שם תחנה ברור, הוראה מובנת, תוכן לשוני מדויק (שורש/בניין/משפט תקין) ותשובה אחת שאינה שנויה במחלוקת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למנות לפחות 3 מתוך 5 המנעולים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שסיפור המסגרת יוצר מתח ומחבר בין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סבירה הקשורה לתחביר או לדקדוק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חדר בריחה קצר כדוגמה חיה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משימת היצירה בסוף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מומלץ להשמיט את הפריטים המסומנים ולהשאיר את החלק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איך בונים חדר בריחה לשוני - פעילות שבה פותרים חידות בדקדוק, בשורשים ובתחביר כדי להתקדם משלב לשלב ולהגיע לקוד הסופי.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העיקרי של סיפור המסגרת בחדר בריחה לשוני?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מתח ולחבר בין 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מוצעים בתבנית הבסיסית שנלמדה?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חידה הכי מתאים למנעול החימום (מנעול 1)?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מרובה או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שגיאות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תשבץ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במנעול הידע (מנעול 2) התלמידים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מקלידים מילה אחת כמו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 קבוצתי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הטיימר כשמריצים חדר בריחה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ואנרגיה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להאריך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לבדוק בעצמנו תשובות שנוצרו בעזרת כלי בינה מלאכותית?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הכלי עלול לטעות בשורשים ובעובדות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תמיד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המבוסס על שגיאות תחביר נספר לפי מספר השגיאות בכל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 המיון מבקש מהתלמידים למיין מילים לבניינים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 איתור השגיאות הוא הקל ביותר ומיועד לחימום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מאותיות ראשונות נבנה מהאות הראשונה של כמה 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שהבדיקה של הקלדת מילה תהיה מדויקת גם בניקוד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במנעול ה__________ התלמידים מקלידים מילה אחת, כמו שורש או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חדר בריחה מצוין חייב __________ שתחזיק את הלומדים במתח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חדר הבריחה מומלץ להקדיש כמה דקות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מיון נכון של המילים חושף את ה__________ הבא, ומיון שגוי מחזיר אחורה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בקוד ספרות מהשורשים, כל אות מקבלת __________ לפי מיקומה באלפבית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המנעול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מנעול 1 - חימום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הקלדת מילה כמו 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מנעול 2 -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בחירה מרובה או התאמה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מנעול 3 - יישום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שגיאות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מנעול 4 -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סוד או קוד 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מנעול 5 - הקוד הסופי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מיון לקבוצות או סידור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הזרימה ומתן רמזים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החדר - דיגיטלי, מודפס או משולב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היעדים הפדגוגיים וסיפור המסגרת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בסיום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החידות הלשוניות לפי רמת קושי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חידה אחת לחדר בריחה לשוני בנושא לשוני לבחירתכם (שורשים, בניינים או תחביר). כתבו: שם התחנה, ההוראה לתלמיד, התוכן של החידה והתשובה הנכונה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המנעולים בתבנית חדר בריחה לשוני?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סיפור מסגרת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לחידה מסוג 'איתור שגיאות'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חדר בריחה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