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חדר בריחה 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התכנון של חדר בריחה 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חמשת המנעולים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חידה פשוטה לפי התבנית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מתח ולחבר בין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בחירה מרובה או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מקלידים מילה אחת כמו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ליצור תחושת דחיפות ואנרגיה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כי הכלי עלול לטעות בשורשים ובעובדות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מתקבל רצף הספרות לקוד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שלב היישום בתבנית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מנעול האתגר (מנעול 4), לא החימום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מתקבלת מילת הסוד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כתוב שכדאי שהבדיקה תתעלם מניקוד ומרווחים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ערך מספרי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המנעול לתיאורו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(בחירה מרובה או התאמה)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(הקלדת מילה כמו 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(מיון לקבוצות או סידור לפי 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(איתור שגיאות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(מילת סוד או קוד ספרות)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חדר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הגדרת היעדים הפדגוגיים וסיפור המסגרת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תכנון החידות הלשוניות לפי רמת קושי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בניית החדר - דיגיטלי, מודפס או משולב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ניהול הזרימה ומתן רמזים לפי 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רפלקציה בסיום הפעילות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שם תחנה ברור, הוראה מובנת, תוכן לשוני מדויק (שורש/בניין/משפט תקין) ותשובה אחת שאינה שנויה במחלוקת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למנות לפחות 3 מתוך 5 המנעולים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מבין/ה שסיפור המסגרת יוצר מתח ומחבר בין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נותן/ת דוגמה סבירה הקשורה לתחביר או לדקדוק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קודם חדר בריחה קצר כדוגמה חיה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משימת היצירה בסוף כדי לעודד שיתוף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ההנגשה מומלץ להשמיט את הפריטים המסומנים ולהשאיר את החלק הבסיסי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חדר בריחה 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בונים משחק של חידות בעברית. פותרים חידה, מקבלים קוד, וממשיכים הלאה עד הסוף.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 בריחה לשוני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חידות בנושאי עברית שמוביל לפתרון 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מסגרת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העלילה שמחברת בין כל החידות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מנעול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או חידה שצריך לפתור כדי להתקדם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ספרות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שמתקבל מחישוב לפי השורשים או השגיאות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שמהן נבנית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הדקדוקית של הפועל (כמו פעל, פיעל, הפעיל)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סידור מילים לקבוצות לפי כלל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סיכום קצרה על מה שלמדנו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צריך סיפור בחדר 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מתח ולחבר בין החידות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בתבנית?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חידה קלה ומתאימה להתחלה?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בחירה מרובה או התאמה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איתור שגיאות 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פתרון תשבץ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במנעול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מקלידים מילה אחת כמו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משחק קבוצתי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מוסיפים טיימר?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תחושת דחיפות ואנרגיה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להאריך את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השעון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צריך לבדוק תשובות שהכלי 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הכלי עלול לטעות בשורשים ובעובדות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להשתמש בו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תמיד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חוקי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 המבוסס על שגיאות תחביר נספר לפי מספר השגיאות בכל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מנעול המיון מבקש מהתלמידים למיין מילים לבניינים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מנעול איתור השגיאות הוא הקל ביותר ומיועד לחימום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 מאותיות ראשונות נבנה מהאות הראשונה של כמה תשובות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שהבדיקה של הקלדת מילה תהיה מדויקת גם בניקוד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במנעול ה__________ התלמידים מקלידים מילה אחת, כמו שורש או 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חדר בריחה מצוין חייב __________ שתחזיק את הלומדים במתח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בסיום חדר הבריחה מומלץ להקדיש כמה דקות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מיון נכון של המילים חושף את ה__________ הבא, ומיון שגוי מחזיר אחורה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בקוד ספרות מהשורשים, כל אות מקבלת __________ לפי מיקומה באלפבית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המנעול לתיאורו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מנעול 1 - חימום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מילת סוד או קוד ספרות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מנעול 2 -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מיון לקבוצות או סידור לפי 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מנעול 3 - יישום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בחירה מרובה או התאמה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מנעול 4 - 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הקלדת מילה כמו 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מנעול 5 - הקוד הסופי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איתור שגיאות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בסיום הפעילות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היעדים הפדגוגיים וסיפור המסגרת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הזרימה ומתן רמזים לפי הצורך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החדר - דיגיטלי, מודפס או משולב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החידות הלשוניות לפי רמת קושי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חידה אחת לחדר בריחה לשוני בנושא לשוני לבחירתכם (שורשים, בניינים או תחביר). כתבו: שם התחנה, ההוראה לתלמיד, התוכן של החידה והתשובה הנכונה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המנעולים בתבנית חדר בריחה לשוני?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סיפור מסגרת בחדר 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לחידה מסוג 'איתור שגיאות'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בניית חדר בריחה לשוני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