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התכנון של חדר בריחה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חמשת המנעולים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חידה פשוטה לפי התבנית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מתח ולחבר בין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בחירה מרובה או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מתקבל רצף הספרות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שלב היישום בתבנית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מנעול האתגר (מנעול 4), לא החימום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המנעול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(בחירה מרובה או 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(הקלדת מילה כמו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(מיון לקבוצות או סידור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שגיאות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היעדים הפדגוגיים וסיפור המסגרת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תכנון החידות הלשוניות לפי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החדר - דיגיטלי, מודפס או משולב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ניהול הזרימה ומתן רמזים לפי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למנות לפחות 3 מתוך 5 המנעולים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מבין/ה שסיפור המסגרת יוצר מתח ומחבר בין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סבירה הקשורה לתחביר או לדקדוק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חדר בריחה קצר כדוגמה חיה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משימת היצירה בסוף כדי לעודד שיתוף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מומלץ להשמיט את הפריטים המסומנים ולהשאיר את החלק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בניית חדר בריחה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בונים חדר בריחה לשוני - פעילות שבה פותרים חידות בדקדוק, בשורשים ובתחביר כדי להתקדם משלב לשלב ולהגיע לקוד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ידע  ·  עלילה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העיקרי של סיפור המסגרת בחדר בריחה לשוני?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מתח ולחבר בין החידות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מנעולים מוצעים בתבנית הבסיסית שנלמדה?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סוג חידה הכי מתאים למנעול החימום (מנעול 1)?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בחירה מרובה או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איתור שגיאות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כתיבת חיבור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 המבוסס על שגיאות תחביר נספר לפי מספר השגיאות בכל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מנעול המיון מבקש מהתלמידים למיין מילים לבניינים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מנעול איתור השגיאות הוא הקל ביותר ומיועד לחימום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במנעול ה__________ התלמידים מקלידים מילה אחת, כמו שורש או 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חדר בריחה מצוין חייב __________ שתחזיק את הלומדים במתח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המנעול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מנעול 1 - חימום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מיון לקבוצות או סידור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מנעול 2 -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בחירה מרובה או התאמה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מנעול 3 - יישום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 שגיאות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מנעול 4 -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הקלדת מילה כמו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החדר - דיגיטלי, מודפס או משולב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היעדים הפדגוגיים וסיפור המסגרת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ניהול הזרימה ומתן רמזים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תכנון החידות הלשוניות לפי רמת קושי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המנעולים בתבנית חדר בריחה לשוני?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סיפור מסגרת בחדר 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בניית חדר בריחה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